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1A23D" w14:textId="3AF56A2F" w:rsidR="007405FA" w:rsidRPr="00CE578C" w:rsidRDefault="00162CF4" w:rsidP="00BD21D4">
      <w:pPr>
        <w:jc w:val="right"/>
        <w:rPr>
          <w:rFonts w:asciiTheme="majorHAnsi" w:hAnsiTheme="majorHAnsi" w:cstheme="majorHAnsi"/>
          <w:b/>
          <w:bCs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b/>
          <w:bCs/>
          <w:sz w:val="24"/>
          <w:szCs w:val="24"/>
          <w:lang w:val="it-IT"/>
        </w:rPr>
        <w:t xml:space="preserve">AL COMUNE DI </w:t>
      </w:r>
      <w:r w:rsidR="00F9545E" w:rsidRPr="00CE578C">
        <w:rPr>
          <w:rFonts w:asciiTheme="majorHAnsi" w:hAnsiTheme="majorHAnsi" w:cstheme="majorHAnsi"/>
          <w:b/>
          <w:bCs/>
          <w:sz w:val="24"/>
          <w:szCs w:val="24"/>
          <w:lang w:val="it-IT"/>
        </w:rPr>
        <w:t>MARGARITA</w:t>
      </w:r>
    </w:p>
    <w:p w14:paraId="74B23C95" w14:textId="77777777" w:rsidR="007405FA" w:rsidRPr="00CE578C" w:rsidRDefault="007405FA" w:rsidP="007405FA">
      <w:pPr>
        <w:rPr>
          <w:rFonts w:asciiTheme="majorHAnsi" w:hAnsiTheme="majorHAnsi" w:cstheme="majorHAnsi"/>
          <w:sz w:val="24"/>
        </w:rPr>
      </w:pPr>
    </w:p>
    <w:p w14:paraId="74CB07FA" w14:textId="28E30DD7" w:rsidR="007405FA" w:rsidRPr="0099546B" w:rsidRDefault="007405FA" w:rsidP="007405FA">
      <w:pPr>
        <w:pStyle w:val="Corpodeltesto21"/>
        <w:tabs>
          <w:tab w:val="left" w:pos="9356"/>
          <w:tab w:val="left" w:pos="9498"/>
          <w:tab w:val="left" w:pos="9638"/>
        </w:tabs>
        <w:ind w:right="142"/>
        <w:rPr>
          <w:rFonts w:asciiTheme="majorHAnsi" w:hAnsiTheme="majorHAnsi" w:cstheme="majorHAnsi"/>
          <w:sz w:val="19"/>
        </w:rPr>
      </w:pPr>
      <w:r w:rsidRPr="0099546B">
        <w:rPr>
          <w:rFonts w:asciiTheme="majorHAnsi" w:hAnsiTheme="majorHAnsi" w:cstheme="majorHAnsi"/>
        </w:rPr>
        <w:t>Oggetto:</w:t>
      </w:r>
      <w:r w:rsidR="00973E60">
        <w:rPr>
          <w:rFonts w:asciiTheme="majorHAnsi" w:hAnsiTheme="majorHAnsi" w:cstheme="majorHAnsi"/>
        </w:rPr>
        <w:t xml:space="preserve"> </w:t>
      </w:r>
      <w:r w:rsidRPr="0099546B">
        <w:rPr>
          <w:rFonts w:asciiTheme="majorHAnsi" w:hAnsiTheme="majorHAnsi" w:cstheme="majorHAnsi"/>
          <w:bCs/>
        </w:rPr>
        <w:t xml:space="preserve">Richiesta di liquidazione del contributo </w:t>
      </w:r>
    </w:p>
    <w:p w14:paraId="2BFDF8BC" w14:textId="77777777" w:rsidR="007405FA" w:rsidRPr="00CE578C" w:rsidRDefault="007405FA" w:rsidP="007405FA">
      <w:pPr>
        <w:pStyle w:val="Corpodeltesto21"/>
        <w:tabs>
          <w:tab w:val="left" w:pos="9356"/>
          <w:tab w:val="left" w:pos="9498"/>
          <w:tab w:val="left" w:pos="9638"/>
        </w:tabs>
        <w:ind w:right="142"/>
        <w:rPr>
          <w:rFonts w:asciiTheme="majorHAnsi" w:hAnsiTheme="majorHAnsi" w:cstheme="majorHAnsi"/>
          <w:b w:val="0"/>
          <w:sz w:val="19"/>
        </w:rPr>
      </w:pPr>
    </w:p>
    <w:p w14:paraId="493C01F6" w14:textId="77777777" w:rsidR="007405FA" w:rsidRPr="00CE578C" w:rsidRDefault="007405FA" w:rsidP="007405FA">
      <w:pPr>
        <w:pStyle w:val="Corpodeltesto21"/>
        <w:tabs>
          <w:tab w:val="left" w:pos="9356"/>
          <w:tab w:val="left" w:pos="9498"/>
          <w:tab w:val="left" w:pos="9638"/>
        </w:tabs>
        <w:ind w:right="142"/>
        <w:rPr>
          <w:rFonts w:asciiTheme="majorHAnsi" w:hAnsiTheme="majorHAnsi" w:cstheme="majorHAnsi"/>
          <w:b w:val="0"/>
          <w:sz w:val="19"/>
        </w:rPr>
      </w:pPr>
    </w:p>
    <w:p w14:paraId="4DB7ACD0" w14:textId="742F323C" w:rsidR="00BD21D4" w:rsidRPr="00CE578C" w:rsidRDefault="00BD21D4" w:rsidP="00BD21D4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Il sottoscritto …………………………</w:t>
      </w:r>
      <w:r w:rsidR="00CE578C">
        <w:rPr>
          <w:rFonts w:asciiTheme="majorHAnsi" w:hAnsiTheme="majorHAnsi" w:cstheme="majorHAnsi"/>
          <w:sz w:val="24"/>
          <w:szCs w:val="24"/>
          <w:lang w:val="it-IT"/>
        </w:rPr>
        <w:t>…………………….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……………………………………………………, nato a ………………………</w:t>
      </w:r>
      <w:r w:rsidR="00CE578C">
        <w:rPr>
          <w:rFonts w:asciiTheme="majorHAnsi" w:hAnsiTheme="majorHAnsi" w:cstheme="majorHAnsi"/>
          <w:sz w:val="24"/>
          <w:szCs w:val="24"/>
          <w:lang w:val="it-IT"/>
        </w:rPr>
        <w:t>…..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…………… il ………………</w:t>
      </w:r>
      <w:r w:rsidR="00CE578C">
        <w:rPr>
          <w:rFonts w:asciiTheme="majorHAnsi" w:hAnsiTheme="majorHAnsi" w:cstheme="majorHAnsi"/>
          <w:sz w:val="24"/>
          <w:szCs w:val="24"/>
          <w:lang w:val="it-IT"/>
        </w:rPr>
        <w:t>…….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……………………., in qualità di Presidente/Legale Rappresentante di …………………………………………………………………………………………… (indicare nome dell’Associazione, Fondazione o altro soggetto privato),</w:t>
      </w:r>
    </w:p>
    <w:p w14:paraId="1A6D96AF" w14:textId="1F7C5EA6" w:rsidR="00BD21D4" w:rsidRPr="00CE578C" w:rsidRDefault="00BD21D4" w:rsidP="00BD21D4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Visto l’atto di deliberazione della Giunta Comunale n. …….. del ………</w:t>
      </w:r>
      <w:r w:rsidR="00656033">
        <w:rPr>
          <w:rFonts w:asciiTheme="majorHAnsi" w:hAnsiTheme="majorHAnsi" w:cstheme="majorHAnsi"/>
          <w:sz w:val="24"/>
          <w:szCs w:val="24"/>
          <w:lang w:val="it-IT"/>
        </w:rPr>
        <w:t>...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…………, con il quale è stato assegnato al soggetto sopra indicato un contributo dell’importo di € ……………………</w:t>
      </w:r>
    </w:p>
    <w:p w14:paraId="2C85EAB2" w14:textId="77777777" w:rsidR="00BD21D4" w:rsidRPr="00CE578C" w:rsidRDefault="00BD21D4" w:rsidP="00BD21D4">
      <w:pPr>
        <w:jc w:val="center"/>
        <w:rPr>
          <w:rFonts w:asciiTheme="majorHAnsi" w:hAnsiTheme="majorHAnsi" w:cstheme="majorHAnsi"/>
          <w:b/>
          <w:bCs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b/>
          <w:bCs/>
          <w:sz w:val="24"/>
          <w:szCs w:val="24"/>
          <w:lang w:val="it-IT"/>
        </w:rPr>
        <w:t>CHIEDE</w:t>
      </w:r>
    </w:p>
    <w:p w14:paraId="793A795C" w14:textId="33556EC8" w:rsidR="00BD21D4" w:rsidRPr="00CE578C" w:rsidRDefault="00BD21D4" w:rsidP="00BD21D4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 xml:space="preserve">la liquidazione del beneficio economico riconosciuto, al fine di concorrere alla copertura parziale dei costi sostenuti per la realizzazione </w:t>
      </w:r>
      <w:r w:rsidR="001556E7" w:rsidRPr="00CE578C">
        <w:rPr>
          <w:rFonts w:asciiTheme="majorHAnsi" w:hAnsiTheme="majorHAnsi" w:cstheme="majorHAnsi"/>
          <w:sz w:val="24"/>
          <w:szCs w:val="24"/>
          <w:lang w:val="it-IT"/>
        </w:rPr>
        <w:t>dell’iniziativa/l’attività/manifestazione</w:t>
      </w:r>
    </w:p>
    <w:p w14:paraId="534EAAB1" w14:textId="77777777" w:rsidR="00BD21D4" w:rsidRPr="00CE578C" w:rsidRDefault="00BD21D4" w:rsidP="00BD21D4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A tal fine, consapevole delle responsabilità e delle sanzioni penali previste dall’art. 76 del D.P.R. 28 dicembre 2000, n. 445, in caso di dichiarazioni mendaci e falsità negli atti,</w:t>
      </w:r>
    </w:p>
    <w:p w14:paraId="0BF73447" w14:textId="77777777" w:rsidR="00BD21D4" w:rsidRPr="00CE578C" w:rsidRDefault="00BD21D4" w:rsidP="00BD21D4">
      <w:pPr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b/>
          <w:bCs/>
          <w:sz w:val="24"/>
          <w:szCs w:val="24"/>
          <w:lang w:val="it-IT"/>
        </w:rPr>
        <w:t>DICHIARA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 xml:space="preserve"> che:</w:t>
      </w:r>
    </w:p>
    <w:p w14:paraId="259D3174" w14:textId="7BFA8B10" w:rsidR="00BD21D4" w:rsidRPr="00CE578C" w:rsidRDefault="00BD21D4" w:rsidP="00BD21D4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L’iniziativa/attività/manifestazione oggetto del contributo si è effettivamente e regolarmente tenuta in data __________________ oppure dal __________________ al ___________________ oppure nel corso dell’anno 202</w:t>
      </w:r>
      <w:r w:rsidR="00E553B3" w:rsidRPr="00CE578C">
        <w:rPr>
          <w:rFonts w:asciiTheme="majorHAnsi" w:hAnsiTheme="majorHAnsi" w:cstheme="majorHAnsi"/>
          <w:sz w:val="24"/>
          <w:szCs w:val="24"/>
          <w:lang w:val="it-IT"/>
        </w:rPr>
        <w:t>__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;</w:t>
      </w:r>
    </w:p>
    <w:p w14:paraId="1A7F08AF" w14:textId="644A8FC3" w:rsidR="00BD21D4" w:rsidRPr="00CE578C" w:rsidRDefault="00BD21D4" w:rsidP="00BD21D4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Le entrate complessive relative all’iniziativa/attività, comprensive del contributo oggetto dell’istanza, non superano le spese effettivamente sostenute per la sua realizzazione, al netto di eventuali ulteriori contributi pubblici o privati;</w:t>
      </w:r>
    </w:p>
    <w:p w14:paraId="167CD760" w14:textId="017741F5" w:rsidR="00BD21D4" w:rsidRPr="00CE578C" w:rsidRDefault="00BD21D4" w:rsidP="00BD21D4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È stata predisposta una specifica rendicontazione delle spese sostenute per l’iniziativa/attività/manifestazione, corredata dalla relativa documentazione giustificativa, la quale è stata conservata agli atti e sarà esibita a semplice richiesta dell’Amministrazione;</w:t>
      </w:r>
    </w:p>
    <w:p w14:paraId="4E5F4163" w14:textId="403187EC" w:rsidR="00BD21D4" w:rsidRPr="00CE578C" w:rsidRDefault="00BD21D4" w:rsidP="00BD21D4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È consapevole che il Comune ha facoltà di svolgere, fino a cinque anni successivi alla data di erogazione del saldo, controlli, anche a campione, secondo le modalità dallo stesso definite, nonché in tutti i casi in cui sorgano fondati dubbi sulla veridicità delle dichiarazioni sostitutive rese ai sensi degli articoli 46 e 47 del D.P.R. n. 445/2000, al fine di verificare:</w:t>
      </w:r>
    </w:p>
    <w:p w14:paraId="375C3FB1" w14:textId="77777777" w:rsidR="00BD21D4" w:rsidRPr="00CE578C" w:rsidRDefault="00BD21D4" w:rsidP="00BD21D4">
      <w:pPr>
        <w:numPr>
          <w:ilvl w:val="0"/>
          <w:numId w:val="12"/>
        </w:num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lastRenderedPageBreak/>
        <w:t>il rispetto delle condizioni previste per l’ottenimento del contributo;</w:t>
      </w:r>
    </w:p>
    <w:p w14:paraId="69044323" w14:textId="77777777" w:rsidR="00BD21D4" w:rsidRPr="00CE578C" w:rsidRDefault="00BD21D4" w:rsidP="00BD21D4">
      <w:pPr>
        <w:numPr>
          <w:ilvl w:val="0"/>
          <w:numId w:val="12"/>
        </w:num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che le spese dichiarate siano reali, effettivamente sostenute e corrispondano ai documenti contabili e giustificativi conservati dal beneficiario.</w:t>
      </w:r>
    </w:p>
    <w:p w14:paraId="63908DC0" w14:textId="77777777" w:rsidR="00BD21D4" w:rsidRPr="00CE578C" w:rsidRDefault="00BD21D4" w:rsidP="00BD21D4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Il sottoscritto si impegna inoltre a consentire, agevolare e non ostacolare in alcun modo l’attività di controllo da parte del Comune, e a tenere a disposizione tutta la documentazione giustificativa relativa alle spese finanziate.</w:t>
      </w:r>
    </w:p>
    <w:p w14:paraId="1F605062" w14:textId="544621CB" w:rsidR="00E553B3" w:rsidRPr="00CE578C" w:rsidRDefault="00E553B3" w:rsidP="00E553B3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Il sottoscritto dichiara inoltre che tale contributo, in riferimento all’art. 28 del D.P.R. 29/09/1973, n. 600,</w:t>
      </w:r>
    </w:p>
    <w:p w14:paraId="4CF88728" w14:textId="0970FDCA" w:rsidR="00E553B3" w:rsidRPr="00CE578C" w:rsidRDefault="00E553B3" w:rsidP="00E553B3">
      <w:pPr>
        <w:tabs>
          <w:tab w:val="left" w:pos="426"/>
        </w:tabs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</w:t>
      </w:r>
      <w:r w:rsidR="002F6074" w:rsidRPr="00CE578C">
        <w:rPr>
          <w:rFonts w:asciiTheme="majorHAnsi" w:hAnsiTheme="majorHAnsi" w:cstheme="majorHAnsi"/>
          <w:sz w:val="24"/>
          <w:szCs w:val="24"/>
          <w:lang w:val="it-IT"/>
        </w:rPr>
        <w:tab/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È da assoggettare a ritenuta d’acconto del 4%</w:t>
      </w:r>
    </w:p>
    <w:p w14:paraId="7565F546" w14:textId="77777777" w:rsidR="00E553B3" w:rsidRPr="00CE578C" w:rsidRDefault="00E553B3" w:rsidP="00E553B3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ovvero</w:t>
      </w:r>
    </w:p>
    <w:p w14:paraId="637F8646" w14:textId="51407D33" w:rsidR="00E553B3" w:rsidRPr="00CE578C" w:rsidRDefault="00E553B3" w:rsidP="002F6074">
      <w:pPr>
        <w:tabs>
          <w:tab w:val="left" w:pos="426"/>
        </w:tabs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</w:t>
      </w:r>
      <w:r w:rsidR="002F6074" w:rsidRPr="00CE578C">
        <w:rPr>
          <w:rFonts w:asciiTheme="majorHAnsi" w:hAnsiTheme="majorHAnsi" w:cstheme="majorHAnsi"/>
          <w:sz w:val="24"/>
          <w:szCs w:val="24"/>
          <w:lang w:val="it-IT"/>
        </w:rPr>
        <w:tab/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Non è da assoggettare a ritenuta d’acconto in quanto:</w:t>
      </w:r>
    </w:p>
    <w:p w14:paraId="2E4F1169" w14:textId="4B502A3C" w:rsidR="00E553B3" w:rsidRPr="00CE578C" w:rsidRDefault="00E553B3" w:rsidP="00E553B3">
      <w:pPr>
        <w:pStyle w:val="Paragrafoelenco"/>
        <w:numPr>
          <w:ilvl w:val="0"/>
          <w:numId w:val="13"/>
        </w:num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Il contributo è destinato all’acquisto di beni strumentali;</w:t>
      </w:r>
    </w:p>
    <w:p w14:paraId="2A5BA4CA" w14:textId="540B162D" w:rsidR="00E553B3" w:rsidRPr="00CE578C" w:rsidRDefault="00E553B3" w:rsidP="00E553B3">
      <w:pPr>
        <w:pStyle w:val="Paragrafoelenco"/>
        <w:numPr>
          <w:ilvl w:val="0"/>
          <w:numId w:val="13"/>
        </w:num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L’Ente ricevente non riveste la qualifica di imprenditore commerciale e il contributo non verrà utilizzato per lo svolgimento di attività produttive di reddito di impresa (ex art. 51 TUIR).</w:t>
      </w:r>
    </w:p>
    <w:p w14:paraId="23FFFECC" w14:textId="10580E13" w:rsidR="00E553B3" w:rsidRPr="00CE578C" w:rsidRDefault="00E553B3" w:rsidP="002F6074">
      <w:pPr>
        <w:tabs>
          <w:tab w:val="left" w:pos="426"/>
        </w:tabs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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ab/>
      </w:r>
      <w:r w:rsidR="002668A4" w:rsidRPr="00CE578C">
        <w:rPr>
          <w:rFonts w:asciiTheme="majorHAnsi" w:hAnsiTheme="majorHAnsi" w:cstheme="majorHAnsi"/>
          <w:sz w:val="24"/>
          <w:szCs w:val="24"/>
          <w:lang w:val="it-IT"/>
        </w:rPr>
        <w:t>c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he per il servizio oggetto della presente dichiarazione l'Ente non è soggetto ad emissione di fattura.</w:t>
      </w:r>
    </w:p>
    <w:p w14:paraId="2EFED8BA" w14:textId="616928EB" w:rsidR="00E553B3" w:rsidRPr="00CE578C" w:rsidRDefault="00E553B3" w:rsidP="002F6074">
      <w:pPr>
        <w:tabs>
          <w:tab w:val="left" w:pos="426"/>
        </w:tabs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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ab/>
        <w:t>che il contributo è rivolto alle attività istituzionali dell'Ente e perciò fuori campo I.V.A.</w:t>
      </w:r>
    </w:p>
    <w:p w14:paraId="3E62AB4E" w14:textId="74887268" w:rsidR="00BD21D4" w:rsidRPr="00CE578C" w:rsidRDefault="00BD21D4" w:rsidP="00BD21D4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Pertanto, richiede la liquidazione del contributo assegnato, con le seguenti modalità:</w:t>
      </w:r>
    </w:p>
    <w:p w14:paraId="1BA5A286" w14:textId="7C8B35E6" w:rsidR="00CE578C" w:rsidRDefault="00BD21D4" w:rsidP="00BD21D4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 xml:space="preserve"> Accredito sul conto corrente bancario n. </w:t>
      </w:r>
      <w:r w:rsidR="002F6074" w:rsidRPr="00CE578C">
        <w:rPr>
          <w:rFonts w:asciiTheme="majorHAnsi" w:hAnsiTheme="majorHAnsi" w:cstheme="majorHAnsi"/>
          <w:sz w:val="24"/>
          <w:szCs w:val="24"/>
          <w:lang w:val="it-IT"/>
        </w:rPr>
        <w:t>…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…………………………</w:t>
      </w:r>
      <w:r w:rsidR="00CE578C">
        <w:rPr>
          <w:rFonts w:asciiTheme="majorHAnsi" w:hAnsiTheme="majorHAnsi" w:cstheme="majorHAnsi"/>
          <w:sz w:val="24"/>
          <w:szCs w:val="24"/>
          <w:lang w:val="it-IT"/>
        </w:rPr>
        <w:t>………………………………………………………………………………………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…………</w:t>
      </w:r>
      <w:r w:rsidR="002F6074" w:rsidRPr="00CE578C">
        <w:rPr>
          <w:rFonts w:asciiTheme="majorHAnsi" w:hAnsiTheme="majorHAnsi" w:cstheme="majorHAnsi"/>
          <w:sz w:val="24"/>
          <w:szCs w:val="24"/>
          <w:lang w:val="it-IT"/>
        </w:rPr>
        <w:t>…………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2F6074" w:rsidRPr="00CE578C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intestato a ……………………………</w:t>
      </w:r>
      <w:r w:rsidR="00CE578C">
        <w:rPr>
          <w:rFonts w:asciiTheme="majorHAnsi" w:hAnsiTheme="majorHAnsi" w:cstheme="majorHAnsi"/>
          <w:sz w:val="24"/>
          <w:szCs w:val="24"/>
          <w:lang w:val="it-IT"/>
        </w:rPr>
        <w:t>…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…………………</w:t>
      </w:r>
      <w:r w:rsidR="00CE578C">
        <w:rPr>
          <w:rFonts w:asciiTheme="majorHAnsi" w:hAnsiTheme="majorHAnsi" w:cstheme="majorHAnsi"/>
          <w:sz w:val="24"/>
          <w:szCs w:val="24"/>
          <w:lang w:val="it-IT"/>
        </w:rPr>
        <w:t>……………………………………………………...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……………,</w:t>
      </w:r>
      <w:r w:rsidR="002F6074" w:rsidRPr="00CE578C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</w:p>
    <w:p w14:paraId="6A529B16" w14:textId="0289269C" w:rsidR="00BD21D4" w:rsidRPr="00CE578C" w:rsidRDefault="00BD21D4" w:rsidP="00BD21D4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CE578C">
        <w:rPr>
          <w:rFonts w:asciiTheme="majorHAnsi" w:hAnsiTheme="majorHAnsi" w:cstheme="majorHAnsi"/>
          <w:sz w:val="24"/>
          <w:szCs w:val="24"/>
          <w:lang w:val="it-IT"/>
        </w:rPr>
        <w:t>presso ………</w:t>
      </w:r>
      <w:r w:rsidR="00CE578C">
        <w:rPr>
          <w:rFonts w:asciiTheme="majorHAnsi" w:hAnsiTheme="majorHAnsi" w:cstheme="majorHAnsi"/>
          <w:sz w:val="24"/>
          <w:szCs w:val="24"/>
          <w:lang w:val="it-IT"/>
        </w:rPr>
        <w:t>…………………………………………</w:t>
      </w:r>
      <w:r w:rsidRPr="00CE578C">
        <w:rPr>
          <w:rFonts w:asciiTheme="majorHAnsi" w:hAnsiTheme="majorHAnsi" w:cstheme="majorHAnsi"/>
          <w:sz w:val="24"/>
          <w:szCs w:val="24"/>
          <w:lang w:val="it-IT"/>
        </w:rPr>
        <w:t>……………………………………………………………………………</w:t>
      </w:r>
    </w:p>
    <w:p w14:paraId="0BE91378" w14:textId="77777777" w:rsidR="00656033" w:rsidRDefault="00656033" w:rsidP="007405FA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bookmarkStart w:id="0" w:name="_GoBack"/>
      <w:bookmarkEnd w:id="0"/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</w:p>
    <w:p w14:paraId="388695A1" w14:textId="77777777" w:rsidR="00264D92" w:rsidRDefault="00315AD7" w:rsidP="007405FA">
      <w:pPr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CE578C">
        <w:rPr>
          <w:rFonts w:asciiTheme="majorHAnsi" w:hAnsiTheme="majorHAnsi" w:cstheme="majorHAnsi"/>
          <w:sz w:val="24"/>
          <w:szCs w:val="24"/>
        </w:rPr>
        <w:t>Luogo</w:t>
      </w:r>
      <w:proofErr w:type="spellEnd"/>
      <w:r w:rsidRPr="00CE578C">
        <w:rPr>
          <w:rFonts w:asciiTheme="majorHAnsi" w:hAnsiTheme="majorHAnsi" w:cstheme="majorHAnsi"/>
          <w:sz w:val="24"/>
          <w:szCs w:val="24"/>
        </w:rPr>
        <w:t xml:space="preserve"> e data:___________________________</w:t>
      </w:r>
      <w:r w:rsidR="00656033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B6BFB16" w14:textId="7F5EE761" w:rsidR="005018D2" w:rsidRPr="00CE578C" w:rsidRDefault="00656033" w:rsidP="007405FA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Firma</w:t>
      </w:r>
      <w:proofErr w:type="spellEnd"/>
      <w:r w:rsidRPr="00656033">
        <w:rPr>
          <w:rFonts w:asciiTheme="majorHAnsi" w:hAnsiTheme="majorHAnsi" w:cstheme="majorHAnsi"/>
          <w:sz w:val="20"/>
          <w:szCs w:val="20"/>
        </w:rPr>
        <w:t>*</w:t>
      </w:r>
      <w:r>
        <w:rPr>
          <w:rFonts w:asciiTheme="majorHAnsi" w:hAnsiTheme="majorHAnsi" w:cstheme="majorHAnsi"/>
          <w:sz w:val="24"/>
          <w:szCs w:val="24"/>
        </w:rPr>
        <w:t>:___________________</w:t>
      </w:r>
      <w:r w:rsidR="00264D92">
        <w:rPr>
          <w:rFonts w:asciiTheme="majorHAnsi" w:hAnsiTheme="majorHAnsi" w:cstheme="majorHAnsi"/>
          <w:sz w:val="24"/>
          <w:szCs w:val="24"/>
        </w:rPr>
        <w:t>_____</w:t>
      </w:r>
      <w:r>
        <w:rPr>
          <w:rFonts w:asciiTheme="majorHAnsi" w:hAnsiTheme="majorHAnsi" w:cstheme="majorHAnsi"/>
          <w:sz w:val="24"/>
          <w:szCs w:val="24"/>
        </w:rPr>
        <w:t>________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</w:p>
    <w:p w14:paraId="190E5D0B" w14:textId="4FA52A00" w:rsidR="007405FA" w:rsidRPr="00656033" w:rsidRDefault="00315AD7">
      <w:pPr>
        <w:jc w:val="both"/>
        <w:rPr>
          <w:rFonts w:asciiTheme="majorHAnsi" w:hAnsiTheme="majorHAnsi" w:cstheme="majorHAnsi"/>
          <w:sz w:val="20"/>
          <w:szCs w:val="20"/>
        </w:rPr>
      </w:pPr>
      <w:r w:rsidRPr="00656033">
        <w:rPr>
          <w:rFonts w:asciiTheme="majorHAnsi" w:hAnsiTheme="majorHAnsi" w:cstheme="majorHAnsi"/>
          <w:sz w:val="20"/>
          <w:szCs w:val="20"/>
        </w:rPr>
        <w:t>*(</w:t>
      </w:r>
      <w:proofErr w:type="spellStart"/>
      <w:r w:rsidRPr="00656033">
        <w:rPr>
          <w:rFonts w:asciiTheme="majorHAnsi" w:hAnsiTheme="majorHAnsi" w:cstheme="majorHAnsi"/>
          <w:sz w:val="20"/>
          <w:szCs w:val="20"/>
        </w:rPr>
        <w:t>Allega</w:t>
      </w:r>
      <w:proofErr w:type="spellEnd"/>
      <w:r w:rsidRPr="00656033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656033">
        <w:rPr>
          <w:rFonts w:asciiTheme="majorHAnsi" w:hAnsiTheme="majorHAnsi" w:cstheme="majorHAnsi"/>
          <w:sz w:val="20"/>
          <w:szCs w:val="20"/>
        </w:rPr>
        <w:t>copia</w:t>
      </w:r>
      <w:proofErr w:type="spellEnd"/>
      <w:r w:rsidRPr="00656033">
        <w:rPr>
          <w:rFonts w:asciiTheme="majorHAnsi" w:hAnsiTheme="majorHAnsi" w:cstheme="majorHAnsi"/>
          <w:sz w:val="20"/>
          <w:szCs w:val="20"/>
        </w:rPr>
        <w:t xml:space="preserve"> del </w:t>
      </w:r>
      <w:proofErr w:type="spellStart"/>
      <w:r w:rsidRPr="00656033">
        <w:rPr>
          <w:rFonts w:asciiTheme="majorHAnsi" w:hAnsiTheme="majorHAnsi" w:cstheme="majorHAnsi"/>
          <w:sz w:val="20"/>
          <w:szCs w:val="20"/>
        </w:rPr>
        <w:t>documento</w:t>
      </w:r>
      <w:proofErr w:type="spellEnd"/>
      <w:r w:rsidRPr="00656033">
        <w:rPr>
          <w:rFonts w:asciiTheme="majorHAnsi" w:hAnsiTheme="majorHAnsi" w:cstheme="majorHAnsi"/>
          <w:sz w:val="20"/>
          <w:szCs w:val="20"/>
        </w:rPr>
        <w:t xml:space="preserve"> di </w:t>
      </w:r>
      <w:proofErr w:type="spellStart"/>
      <w:r w:rsidRPr="00656033">
        <w:rPr>
          <w:rFonts w:asciiTheme="majorHAnsi" w:hAnsiTheme="majorHAnsi" w:cstheme="majorHAnsi"/>
          <w:sz w:val="20"/>
          <w:szCs w:val="20"/>
        </w:rPr>
        <w:t>identità</w:t>
      </w:r>
      <w:proofErr w:type="spellEnd"/>
      <w:r w:rsidRPr="00656033">
        <w:rPr>
          <w:rFonts w:asciiTheme="majorHAnsi" w:hAnsiTheme="majorHAnsi" w:cstheme="majorHAnsi"/>
          <w:sz w:val="20"/>
          <w:szCs w:val="20"/>
        </w:rPr>
        <w:t xml:space="preserve"> in </w:t>
      </w:r>
      <w:proofErr w:type="spellStart"/>
      <w:r w:rsidRPr="00656033">
        <w:rPr>
          <w:rFonts w:asciiTheme="majorHAnsi" w:hAnsiTheme="majorHAnsi" w:cstheme="majorHAnsi"/>
          <w:sz w:val="20"/>
          <w:szCs w:val="20"/>
        </w:rPr>
        <w:t>corso</w:t>
      </w:r>
      <w:proofErr w:type="spellEnd"/>
      <w:r w:rsidRPr="00656033">
        <w:rPr>
          <w:rFonts w:asciiTheme="majorHAnsi" w:hAnsiTheme="majorHAnsi" w:cstheme="majorHAnsi"/>
          <w:sz w:val="20"/>
          <w:szCs w:val="20"/>
        </w:rPr>
        <w:t xml:space="preserve"> di </w:t>
      </w:r>
      <w:proofErr w:type="spellStart"/>
      <w:r w:rsidRPr="00656033">
        <w:rPr>
          <w:rFonts w:asciiTheme="majorHAnsi" w:hAnsiTheme="majorHAnsi" w:cstheme="majorHAnsi"/>
          <w:sz w:val="20"/>
          <w:szCs w:val="20"/>
        </w:rPr>
        <w:t>validità</w:t>
      </w:r>
      <w:proofErr w:type="spellEnd"/>
      <w:r w:rsidRPr="00656033">
        <w:rPr>
          <w:rFonts w:asciiTheme="majorHAnsi" w:hAnsiTheme="majorHAnsi" w:cstheme="majorHAnsi"/>
          <w:sz w:val="20"/>
          <w:szCs w:val="20"/>
        </w:rPr>
        <w:t xml:space="preserve"> del </w:t>
      </w:r>
      <w:proofErr w:type="spellStart"/>
      <w:r w:rsidRPr="00656033">
        <w:rPr>
          <w:rFonts w:asciiTheme="majorHAnsi" w:hAnsiTheme="majorHAnsi" w:cstheme="majorHAnsi"/>
          <w:sz w:val="20"/>
          <w:szCs w:val="20"/>
        </w:rPr>
        <w:t>dichiarante</w:t>
      </w:r>
      <w:proofErr w:type="spellEnd"/>
      <w:r w:rsidRPr="00656033">
        <w:rPr>
          <w:rFonts w:asciiTheme="majorHAnsi" w:hAnsiTheme="majorHAnsi" w:cstheme="majorHAnsi"/>
          <w:sz w:val="20"/>
          <w:szCs w:val="20"/>
        </w:rPr>
        <w:t>)</w:t>
      </w:r>
    </w:p>
    <w:sectPr w:rsidR="007405FA" w:rsidRPr="0065603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9195D4D"/>
    <w:multiLevelType w:val="multilevel"/>
    <w:tmpl w:val="608A0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20553B"/>
    <w:multiLevelType w:val="multilevel"/>
    <w:tmpl w:val="E3140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7055FF"/>
    <w:multiLevelType w:val="hybridMultilevel"/>
    <w:tmpl w:val="07246CF6"/>
    <w:lvl w:ilvl="0" w:tplc="1828F83E">
      <w:numFmt w:val="bullet"/>
      <w:lvlText w:val=""/>
      <w:lvlJc w:val="left"/>
      <w:pPr>
        <w:ind w:left="644" w:hanging="360"/>
      </w:pPr>
      <w:rPr>
        <w:rFonts w:ascii="Wingdings 2" w:eastAsiaTheme="minorEastAsia" w:hAnsi="Wingdings 2" w:cs="Courier New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B020C94"/>
    <w:multiLevelType w:val="multilevel"/>
    <w:tmpl w:val="5F4C6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56E7"/>
    <w:rsid w:val="00162CF4"/>
    <w:rsid w:val="00264D92"/>
    <w:rsid w:val="002668A4"/>
    <w:rsid w:val="00273358"/>
    <w:rsid w:val="0029639D"/>
    <w:rsid w:val="002F6074"/>
    <w:rsid w:val="00315AD7"/>
    <w:rsid w:val="00326F90"/>
    <w:rsid w:val="004A2628"/>
    <w:rsid w:val="005018D2"/>
    <w:rsid w:val="005C1AC6"/>
    <w:rsid w:val="005D2D23"/>
    <w:rsid w:val="00601730"/>
    <w:rsid w:val="00656033"/>
    <w:rsid w:val="007405FA"/>
    <w:rsid w:val="0087740C"/>
    <w:rsid w:val="00924F1A"/>
    <w:rsid w:val="00973E60"/>
    <w:rsid w:val="0099546B"/>
    <w:rsid w:val="009B41A4"/>
    <w:rsid w:val="00AA1D8D"/>
    <w:rsid w:val="00B47730"/>
    <w:rsid w:val="00B86F5F"/>
    <w:rsid w:val="00BD21D4"/>
    <w:rsid w:val="00CB0664"/>
    <w:rsid w:val="00CE578C"/>
    <w:rsid w:val="00E553B3"/>
    <w:rsid w:val="00E811A3"/>
    <w:rsid w:val="00E96843"/>
    <w:rsid w:val="00F072D6"/>
    <w:rsid w:val="00F954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9C7BB0"/>
  <w14:defaultImageDpi w14:val="300"/>
  <w15:docId w15:val="{4DF84AAB-E7D0-43BA-BC54-9EB574CA7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rpodeltesto21">
    <w:name w:val="Corpo del testo 21"/>
    <w:basedOn w:val="Normale"/>
    <w:rsid w:val="007405FA"/>
    <w:pPr>
      <w:suppressAutoHyphens/>
      <w:spacing w:after="0" w:line="240" w:lineRule="auto"/>
      <w:ind w:right="758"/>
      <w:jc w:val="both"/>
    </w:pPr>
    <w:rPr>
      <w:rFonts w:ascii="Times New Roman" w:eastAsia="Times New Roman" w:hAnsi="Times New Roman" w:cs="Times New Roman"/>
      <w:b/>
      <w:sz w:val="24"/>
      <w:szCs w:val="20"/>
      <w:lang w:val="it-IT"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2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2C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0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D7A85D-64CE-48C9-81BE-E8629AFC9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Cinzia Massano</cp:lastModifiedBy>
  <cp:revision>6</cp:revision>
  <cp:lastPrinted>2026-06-24T09:16:00Z</cp:lastPrinted>
  <dcterms:created xsi:type="dcterms:W3CDTF">2026-06-09T14:10:00Z</dcterms:created>
  <dcterms:modified xsi:type="dcterms:W3CDTF">2026-06-24T09:37:00Z</dcterms:modified>
  <cp:category/>
</cp:coreProperties>
</file>